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תפקיד מילות הקישור ושימוש בהן בכתיבה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https://kubiyot-lemida.sites.tab.bot/luach-milot-kishur.html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הוספה; 2 – ניגוד; 3 – סיבה; 4 – תוצאה; 5 – תנאי; 6 – מטרה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אולם, אבל, לעומת זאת   סיבה: כי, מפני ש־, בגלל   תוצאה: לכן, לפיכך, כתוצאה מכך   הוספה: גם, בנוסף, יתרה מזאת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אבל   2) א – ולכן   3) א – כדי   4) ב – הוספה והעצמה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כי – סיבה; כדי – מטרה   3) נכון   4) לא נכון – "אם" – תנאי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מילות קישור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תפקיד מילות הקישור ושימוש בהן בכתיבה.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↔️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שונים: אבל, אולם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עוד דבר: גם, בנוסף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למה? כי, מפני ש־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בגלל זה? 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תנאי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בשביל מה? כדי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עם זאת, הקשבה איננה הסכמה. אפשר להקשיב בכבוד ועדיין לחלוק. דווקא משום כך הקשבה היא תנאי לוויכוח הוגן: רק מי שהבין את עמדת האחר יכול להשיב לה ברצינות.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כי  |  לפיכך  |  בגלל  |  אולם  |  לעומת זאת  |  יתרה מזאת  |  כתוצאה מכך  |  גם  |  לכן  |  מפני ש־  |  אבל  |  בנוסף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סיבה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תוצאה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הוספה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"רצינו לצאת, ____ ירד גשם."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"למדנו היטב, ____ הצלחנו."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למרות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מילה מבטאת מטרה?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בטקסט "שקט, מקשיבים" – "יתרה מזאת" מבטאת: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הוספה והעצמה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תנאי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"אולם" ו"אבל" הן מילות ניגוד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"כי" ו"כדי" הן מילים נרדפות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"לכן" מציגה תוצאה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"אם" היא מילת הוספה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(מילות קישור)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קישור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