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מרוץ הקוביות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חזרה מעורבת על נושאי הלוחות לפני או אחרי המשחק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https://kubiyot-lemida.sites.tab.bot/mischak.html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מתאים כחזרה לפני המשחק בקבוצות, או כבדיקה אחריו.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שאלות המרוץ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עליז   2) א – קרוב   3) א – עבר, אתם   4) ב – נִפְעַל   5) א – דבורים מוסרות מידע על מזון בעזרת ריקוד   6) א – ולכן   7) ב – שם תואר   8) ב – נלך   9) א – דמות, מקום ובעיה   10) א – סיפור קצר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לא נכון – זה פועל בהווה, רבים   2) נכון   3) לא נכון – בסוף משפט באה נקודה   4) נכון   5) לא נכון – עונים בסיבה   6)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מחשבים נקודות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13   2) 12 (נשארים במקום)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למדתי במרוץ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🏁 מרוץ הקוביות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שאלות מכל התחנות – כמו במרוץ הקוביות.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המרוץ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מילה נרדפת ל"שָׂמֵחַ":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עליז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עצוב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עייף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ההפך של "רָחוֹק":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קרוב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ארוך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גבוה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הצורה "כתבתם" היא: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עבר, אתם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עתיד, אתם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הווה, אתם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באיזה בניין הפועל "נִפְגְּשׁוּ"?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פָּעַל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נִפְעַל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הִתְפַּעֵל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מהו הרעיון המרכזי של "למה הדבורים רוקדות?"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דבורים מוסרות מידע על מזון בעזרת ריקוד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דבורים אוהבות לרקוד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דבש הוא מאכל טעים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"למדנו היטב, ____ הצלחנו."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ולכן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למרות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אולם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במשפט "השכנה תלתה דף גדול" – מה חלק הדיבר של "גדול"?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שם עצם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שם תואר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פועל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"מחר ____ לגינה." – איזו מילה מתאימה?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הלכנו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נלך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הולכים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מה חייב להיות בכל 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דמות, מקום ובעיה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רק תמונה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רשימת מילים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10. מה סוג הטקסט "גינה של כולם"?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סיפור קצר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מתכון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מכתב רשמי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"קוטפים" הוא שם עצם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"הולכות" היא צורת הווה, רבות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פסיק בא בסוף כל 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הטקסט, הדבורים מתקשרות בלי מילים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לשאלה "למה?" עונים בזמן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"מלא" הוא ההפך של "ריק"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מחשבים נקודות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במרוץ: גלגלו, ענו נכון – והתקדמו במספר המשבצות שיצא.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יצא 4 ועניתם נכון. הייתם במשבצת 9. לאן התקדמתם?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יצא 6 וטעיתם. הייתם במשבצת 12. איפה אתם עכשיו?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מה למדתי במרוץ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2 דברים שלמדתם במשחק ושאלה אחת שתרצו לשאול את הקבוצה.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מרוץ הקוביות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