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מרוץ הקוביות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חזרה מעורבת על נושאי הלוחות לפני או אחרי המשחק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https://kubiyot-lemida.sites.tab.bot/mischak.html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מתאים כחזרה לפני המשחק בקבוצות, או כבדיקה אחריו.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המרוץ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איך דבורים מוסרות מידע?   2) א – פעם אחת   3) א – סיפור קצר   4) ב – בשקט   5) א – כשעובדים יחד אפשר לשנות מקום   6) א – עוצרים לרגע   7) א – לאן לעוף ביחס לשמש   8) ב – נִפְעַל   9) א – ולכן   10) א – מתי?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זה פועל בהווה, רבים   2) נכון   3) לא נכון – בסוף משפט באה נקודה   4) נכון   5) לא נכון – עונים בסיבה   6)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מחשבים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13   2) 12 (נשארים במקום)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למדתי במרוץ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🏁 מרוץ הקוביות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שאלות מכל התחנות – כמו במרוץ הקוביות.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🏁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תחרות: מי מגיע ראשון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תלמידים יחד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ניקוד במשחק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🔄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עכשיו משחקת הקבוצה הזאת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המרוץ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איזו שאלה מתאימה לפני הקריאה?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איך דבורים מוסרות מידע?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כמה עולה דבש?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מה צבע התיק שלי?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איזו מילת זמן מתאימה לפתיחת 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פעם אחת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אבל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סוג הטקסט "גינה של כולם"?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סיפור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מכתב רשמי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איזו מילה היא תואר הפועל?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ספסל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בשקט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ירוקה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הרעיון המרכזי?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כשעובדים יחד אפשר לשנות מקום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עגבניות גדלות מהר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אסור לעלות לגג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כשמגיעים לנקודה בקריאה בקול: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עוצרים לרגע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ממשיכים בלי הפסקה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מרימים את הקול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מראה כיוון הריקוד?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לאן לעוף ביחס לשמש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כמה פרחים יש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מה השעה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באיזה בניין הפועל "נִפְגְּשׁוּ"?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פָּעַל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נִפְעַל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הִתְפַּעֵל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"למדנו היטב, ____ הצלחנו."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ולכן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למרות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אולם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על איזו שאלה עונה "בכל יום שישי"?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מתי?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מי?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"קוטפים" הוא שם עצם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"הולכות" היא צורת הווה, רבות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פסיק בא בסוף כל 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הטקסט, הדבורים מתקשרות בלי מילים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לשאלה "למה?" עונים בזמן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"מלא" הוא ההפך של "ריק"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מחשבים נקודות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במרוץ: גלגלו, ענו נכון – והתקדמו במספר המשבצות שיצא.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יצא 4 ועניתם נכון. הייתם במשבצת 9. לאן התקדמתם?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יצא 6 וטעיתם. הייתם במשבצת 12. איפה אתם עכשיו?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מה למדתי במרוץ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2 דברים שלמדתם במשחק ושאלה אחת שתרצו לשאול את הקבוצה.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מרוץ הקוביות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